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MEN TAL 2027</w:t>
      </w:r>
    </w:p>
    <w:p>
      <w:pPr>
        <w:pStyle w:val="Heading1"/>
      </w:pPr>
      <w:r>
        <w:t>Podatki za pripravo sponzorske pogodbe</w:t>
      </w:r>
    </w:p>
    <w:p>
      <w:r>
        <w:t>7. april 2027 | Cankarjev dom, Ljubljana</w:t>
      </w:r>
    </w:p>
    <w:p>
      <w:r>
        <w:t>Izpolnite polja v Wordu in dokument pošljite na info@men-tal.si. Podatki bodo uporabljeni za uskladitev sodelovanja ter pripravo pogodbe in računa. Oddaja obrazca še ne potrjuje sponzorstva; obseg sodelovanja in končne pogoje dogovorimo skupaj.</w:t>
      </w:r>
    </w:p>
    <w:p>
      <w:pPr>
        <w:pStyle w:val="Heading1"/>
      </w:pPr>
      <w:r>
        <w:t>Podatki podjetja</w:t>
      </w:r>
    </w:p>
    <w:p>
      <w:pPr>
        <w:spacing w:after="140"/>
      </w:pPr>
      <w:r>
        <w:rPr>
          <w:b/>
        </w:rPr>
        <w:t xml:space="preserve">Polni naziv podjetja  </w:t>
      </w:r>
      <w:sdt>
        <w:sdtPr>
          <w:tag w:val="Polni naziv podjetja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Sedež in ulica s hišno številko  </w:t>
      </w:r>
      <w:sdt>
        <w:sdtPr>
          <w:tag w:val="Sedež in ulica s hišno številko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Poštna številka in kraj  </w:t>
      </w:r>
      <w:sdt>
        <w:sdtPr>
          <w:tag w:val="Poštna številka in kraj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Država  </w:t>
      </w:r>
      <w:sdt>
        <w:sdtPr>
          <w:tag w:val="Država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Matična številka  </w:t>
      </w:r>
      <w:sdt>
        <w:sdtPr>
          <w:tag w:val="Matična številka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Davčna številka oziroma ID za DDV  </w:t>
      </w:r>
      <w:sdt>
        <w:sdtPr>
          <w:tag w:val="Davčna številka oziroma ID za DDV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Zavezanec za DDV   DA ali NE  </w:t>
      </w:r>
      <w:sdt>
        <w:sdtPr>
          <w:tag w:val="Zavezanec za DDV   DA ali NE"/>
          <w:text/>
        </w:sdtPr>
        <w:sdtContent>
          <w:r>
            <w:t>[Vpišite podatek]</w:t>
          </w:r>
        </w:sdtContent>
      </w:sdt>
    </w:p>
    <w:p>
      <w:pPr>
        <w:pStyle w:val="Heading1"/>
      </w:pPr>
      <w:r>
        <w:t>Kontaktna oseba za sodelovanje</w:t>
      </w:r>
    </w:p>
    <w:p>
      <w:pPr>
        <w:spacing w:after="140"/>
      </w:pPr>
      <w:r>
        <w:rPr>
          <w:b/>
        </w:rPr>
        <w:t xml:space="preserve">Ime in priimek  </w:t>
      </w:r>
      <w:sdt>
        <w:sdtPr>
          <w:tag w:val="Ime in priimek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Funkcija  </w:t>
      </w:r>
      <w:sdt>
        <w:sdtPr>
          <w:tag w:val="Funkcija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E pošta  </w:t>
      </w:r>
      <w:sdt>
        <w:sdtPr>
          <w:tag w:val="E pošta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Telefon  </w:t>
      </w:r>
      <w:sdt>
        <w:sdtPr>
          <w:tag w:val="Telefon"/>
          <w:text/>
        </w:sdtPr>
        <w:sdtContent>
          <w:r>
            <w:t>[Vpišite podatek]</w:t>
          </w:r>
        </w:sdtContent>
      </w:sdt>
    </w:p>
    <w:p>
      <w:pPr>
        <w:pStyle w:val="Heading1"/>
      </w:pPr>
      <w:r>
        <w:t>Podpisnik pogodbe</w:t>
      </w:r>
    </w:p>
    <w:p>
      <w:pPr>
        <w:spacing w:after="140"/>
      </w:pPr>
      <w:r>
        <w:rPr>
          <w:b/>
        </w:rPr>
        <w:t xml:space="preserve">Ime in priimek podpisnika  </w:t>
      </w:r>
      <w:sdt>
        <w:sdtPr>
          <w:tag w:val="Ime in priimek podpisnika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Funkcija podpisnika  </w:t>
      </w:r>
      <w:sdt>
        <w:sdtPr>
          <w:tag w:val="Funkcija podpisnika"/>
          <w:text/>
        </w:sdtPr>
        <w:sdtContent>
          <w:r>
            <w:t>[Vpišite podatek]</w:t>
          </w:r>
        </w:sdtContent>
      </w:sdt>
    </w:p>
    <w:p>
      <w:r>
        <w:br w:type="page"/>
      </w:r>
    </w:p>
    <w:p>
      <w:pPr>
        <w:pStyle w:val="Heading1"/>
      </w:pPr>
      <w:r>
        <w:t>Izbira in obseg sodelovanja</w:t>
      </w:r>
    </w:p>
    <w:p>
      <w:pPr>
        <w:spacing w:after="140"/>
      </w:pPr>
      <w:r>
        <w:rPr>
          <w:b/>
        </w:rPr>
        <w:t xml:space="preserve">Paket   ZLATI ali SREBRNI ali ULTRA PO MERI  </w:t>
      </w:r>
      <w:sdt>
        <w:sdtPr>
          <w:tag w:val="Paket   ZLATI ali SREBRNI ali ULTRA PO MERI"/>
          <w:text/>
        </w:sdtPr>
        <w:sdtContent>
          <w:r>
            <w:t>[Vpišite podatek]</w:t>
          </w:r>
        </w:sdtContent>
      </w:sdt>
    </w:p>
    <w:p>
      <w:r>
        <w:t>Izhodiščni znesek zlatega paketa je 1.000 €, srebrnega 500 €. Pri paketu Ultra višino in obliko podpore ter želene ugodnosti uskladimo individualno. Končni znesek in davčna obravnava bosta določena v ponudbi oziroma pogodbi.</w:t>
      </w:r>
    </w:p>
    <w:p>
      <w:pPr>
        <w:spacing w:after="140"/>
      </w:pPr>
      <w:r>
        <w:rPr>
          <w:b/>
        </w:rPr>
        <w:t xml:space="preserve">Predlagani ali že usklajeni znesek podpore v EUR  </w:t>
      </w:r>
      <w:sdt>
        <w:sdtPr>
          <w:tag w:val="Predlagani ali že usklajeni znesek podpore v EUR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Oblika podpore   FINANČNA ali IZDELKI ali STORITVE ali KOMBINACIJA  </w:t>
      </w:r>
      <w:sdt>
        <w:sdtPr>
          <w:tag w:val="Oblika podpore   FINANČNA ali IZDELKI ali STORITVE ali KOMBINACIJA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Opis izdelkov ali storitev in količina če je relevantno  </w:t>
      </w:r>
      <w:sdt>
        <w:sdtPr>
          <w:tag w:val="Opis izdelkov ali storitev in količina če je relevantno"/>
          <w:text/>
        </w:sdtPr>
        <w:sdtContent>
          <w:r>
            <w:t>[Vpišite podatek]</w:t>
          </w:r>
        </w:sdtContent>
      </w:sdt>
    </w:p>
    <w:p>
      <w:r>
        <w:t>Označite želene oblike prisotnosti z X. Možnosti niso samodejno vključene; razpoložljivost in izvedbo uskladimo skupaj.</w:t>
      </w:r>
    </w:p>
    <w:p>
      <w:r>
        <w:t>[  ] Stojnica ali predstavitveni kotiček</w:t>
      </w:r>
    </w:p>
    <w:p>
      <w:r>
        <w:t>[  ] Izdelki ali darila v darilnih vrečkah</w:t>
      </w:r>
    </w:p>
    <w:p>
      <w:r>
        <w:t>[  ] Gradiva za udeležence</w:t>
      </w:r>
    </w:p>
    <w:p>
      <w:r>
        <w:t>[  ] Vidnost v komunikaciji dogodka</w:t>
      </w:r>
    </w:p>
    <w:p>
      <w:r>
        <w:t>[  ] Druga oblika sodelovanja</w:t>
      </w:r>
    </w:p>
    <w:p>
      <w:pPr>
        <w:spacing w:after="140"/>
      </w:pPr>
      <w:r>
        <w:rPr>
          <w:b/>
        </w:rPr>
        <w:t xml:space="preserve">Vaše želje in posebne potrebe  </w:t>
      </w:r>
      <w:sdt>
        <w:sdtPr>
          <w:tag w:val="Vaše želje in posebne potrebe"/>
          <w:text/>
        </w:sdtPr>
        <w:sdtContent>
          <w:r>
            <w:t>[Vpišite podatek]</w:t>
          </w:r>
        </w:sdtContent>
      </w:sdt>
    </w:p>
    <w:p>
      <w:pPr>
        <w:pStyle w:val="Heading1"/>
      </w:pPr>
      <w:r>
        <w:t>Podatki za izstavitev računa</w:t>
      </w:r>
    </w:p>
    <w:p>
      <w:pPr>
        <w:spacing w:after="140"/>
      </w:pPr>
      <w:r>
        <w:rPr>
          <w:b/>
        </w:rPr>
        <w:t xml:space="preserve">E naslov za prejem računa  </w:t>
      </w:r>
      <w:sdt>
        <w:sdtPr>
          <w:tag w:val="E naslov za prejem računa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Naziv in naslov za račun če se razlikujeta od zgornjih podatkov  </w:t>
      </w:r>
      <w:sdt>
        <w:sdtPr>
          <w:tag w:val="Naziv in naslov za račun če se razlikujeta od zgornjih podatkov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Naročilnica ali referenca če jo zahtevate  </w:t>
      </w:r>
      <w:sdt>
        <w:sdtPr>
          <w:tag w:val="Naročilnica ali referenca če jo zahtevate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Posebne zahteve za račun na primer e račun  </w:t>
      </w:r>
      <w:sdt>
        <w:sdtPr>
          <w:tag w:val="Posebne zahteve za račun na primer e račun"/>
          <w:text/>
        </w:sdtPr>
        <w:sdtContent>
          <w:r>
            <w:t>[Vpišite podatek]</w:t>
          </w:r>
        </w:sdtContent>
      </w:sdt>
    </w:p>
    <w:p>
      <w:pPr>
        <w:pStyle w:val="Heading1"/>
      </w:pPr>
      <w:r>
        <w:t>Zaključek in oddaja</w:t>
      </w:r>
    </w:p>
    <w:p>
      <w:pPr>
        <w:spacing w:after="140"/>
      </w:pPr>
      <w:r>
        <w:rPr>
          <w:b/>
        </w:rPr>
        <w:t xml:space="preserve">Obrazec izpolnil ime in priimek  </w:t>
      </w:r>
      <w:sdt>
        <w:sdtPr>
          <w:tag w:val="Obrazec izpolnil ime in priimek"/>
          <w:text/>
        </w:sdtPr>
        <w:sdtContent>
          <w:r>
            <w:t>[Vpišite podatek]</w:t>
          </w:r>
        </w:sdtContent>
      </w:sdt>
    </w:p>
    <w:p>
      <w:pPr>
        <w:spacing w:after="140"/>
      </w:pPr>
      <w:r>
        <w:rPr>
          <w:b/>
        </w:rPr>
        <w:t xml:space="preserve">Datum izpolnitve  </w:t>
      </w:r>
      <w:sdt>
        <w:sdtPr>
          <w:tag w:val="Datum izpolnitve"/>
          <w:text/>
        </w:sdtPr>
        <w:sdtContent>
          <w:r>
            <w:t>[Vpišite podatek]</w:t>
          </w:r>
        </w:sdtContent>
      </w:sdt>
    </w:p>
    <w:p>
      <w:r>
        <w:t>Izpolnjeni dokument pošljite na info@men-tal.si. Za pripravo gradiv in objav se naknadno dogovorimo tudi o logotipu ter potrebnih datotekah. Podpisa ali žiga v tej fazi ne potrebujemo.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 TAL 2027 Podatki za pripravo sponzorske pogodbe</dc:title>
  <dc:subject/>
  <dc:creator>MEN-TAL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